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3FFD3" w14:textId="719D9C6D" w:rsidR="00707E17" w:rsidRDefault="00707E17" w:rsidP="00707E17">
      <w:pPr>
        <w:spacing w:after="0"/>
        <w:jc w:val="center"/>
        <w:rPr>
          <w:b/>
          <w:color w:val="6B6B6B"/>
        </w:rPr>
      </w:pPr>
      <w:r>
        <w:rPr>
          <w:b/>
          <w:color w:val="6B6B6B"/>
        </w:rPr>
        <w:br/>
      </w:r>
      <w:r>
        <w:rPr>
          <w:b/>
          <w:color w:val="6B6B6B"/>
        </w:rPr>
        <w:br/>
      </w:r>
    </w:p>
    <w:p w14:paraId="0539E0EA" w14:textId="0D74C46B" w:rsidR="008B6A57" w:rsidRDefault="00000000">
      <w:pPr>
        <w:spacing w:after="0"/>
        <w:jc w:val="center"/>
      </w:pPr>
      <w:r>
        <w:rPr>
          <w:b/>
          <w:color w:val="6B6B6B"/>
        </w:rPr>
        <w:t>FENERBAHÇE ÜNİVERSİTESİ   İLETİŞİM FAKÜLTESİ</w:t>
      </w:r>
    </w:p>
    <w:p w14:paraId="187612CE" w14:textId="77777777" w:rsidR="008B6A57" w:rsidRDefault="00000000">
      <w:pPr>
        <w:spacing w:after="0"/>
        <w:jc w:val="center"/>
      </w:pPr>
      <w:r>
        <w:rPr>
          <w:b/>
          <w:color w:val="17365D"/>
          <w:sz w:val="30"/>
        </w:rPr>
        <w:t>YENİ MEDYA VE İLETİŞİM BÖLÜMÜ</w:t>
      </w:r>
    </w:p>
    <w:p w14:paraId="04BC193E" w14:textId="77777777" w:rsidR="008B6A57" w:rsidRDefault="00000000">
      <w:pPr>
        <w:spacing w:after="60"/>
        <w:jc w:val="center"/>
      </w:pPr>
      <w:r>
        <w:rPr>
          <w:b/>
          <w:color w:val="1F1F1F"/>
          <w:sz w:val="36"/>
        </w:rPr>
        <w:t>2026-2027 Güz Dönemi Oryantasyon ve Öğrenci Değerlendirme Toplantıları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704"/>
      </w:tblGrid>
      <w:tr w:rsidR="008B6A57" w14:paraId="74D6E22B" w14:textId="77777777">
        <w:trPr>
          <w:jc w:val="center"/>
        </w:trPr>
        <w:tc>
          <w:tcPr>
            <w:tcW w:w="15704" w:type="dxa"/>
            <w:tcBorders>
              <w:top w:val="single" w:sz="7" w:space="0" w:color="B7C9D6"/>
              <w:left w:val="single" w:sz="7" w:space="0" w:color="B7C9D6"/>
              <w:bottom w:val="single" w:sz="7" w:space="0" w:color="B7C9D6"/>
              <w:right w:val="single" w:sz="7" w:space="0" w:color="B7C9D6"/>
            </w:tcBorders>
            <w:shd w:val="clear" w:color="auto" w:fill="EE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212009" w14:textId="1A6EC6C3" w:rsidR="008B6A57" w:rsidRDefault="00000000">
            <w:pPr>
              <w:spacing w:after="0"/>
            </w:pPr>
            <w:r>
              <w:rPr>
                <w:b/>
                <w:color w:val="263238"/>
              </w:rPr>
              <w:t xml:space="preserve">Ders başlangıcı: 28 Eylül 2026 Pazartesi. </w:t>
            </w:r>
            <w:r>
              <w:rPr>
                <w:color w:val="263238"/>
              </w:rPr>
              <w:t xml:space="preserve">2., 3. ve 4. sınıf oryantasyonları ikinci hafta (5-10 Ekim 2026) içinde ilgili ders saatlerinde; 1. sınıf genel oryantasyonu </w:t>
            </w:r>
            <w:proofErr w:type="spellStart"/>
            <w:r>
              <w:rPr>
                <w:color w:val="263238"/>
              </w:rPr>
              <w:t>ise</w:t>
            </w:r>
            <w:proofErr w:type="spellEnd"/>
            <w:r>
              <w:rPr>
                <w:color w:val="263238"/>
              </w:rPr>
              <w:t xml:space="preserve"> </w:t>
            </w:r>
            <w:proofErr w:type="spellStart"/>
            <w:r>
              <w:rPr>
                <w:color w:val="263238"/>
              </w:rPr>
              <w:t>fakülte</w:t>
            </w:r>
            <w:proofErr w:type="spellEnd"/>
            <w:r>
              <w:rPr>
                <w:color w:val="263238"/>
              </w:rPr>
              <w:t xml:space="preserve"> </w:t>
            </w:r>
            <w:proofErr w:type="spellStart"/>
            <w:r>
              <w:rPr>
                <w:color w:val="263238"/>
              </w:rPr>
              <w:t>düzeyinde</w:t>
            </w:r>
            <w:proofErr w:type="spellEnd"/>
            <w:r>
              <w:rPr>
                <w:color w:val="263238"/>
              </w:rPr>
              <w:t xml:space="preserve"> </w:t>
            </w:r>
            <w:r w:rsidR="00707E17" w:rsidRPr="00707E17">
              <w:rPr>
                <w:b/>
                <w:bCs/>
                <w:color w:val="263238"/>
              </w:rPr>
              <w:t xml:space="preserve">24 Eylül </w:t>
            </w:r>
            <w:proofErr w:type="spellStart"/>
            <w:r w:rsidR="00707E17" w:rsidRPr="00707E17">
              <w:rPr>
                <w:b/>
                <w:bCs/>
                <w:color w:val="263238"/>
              </w:rPr>
              <w:t>Perşembe</w:t>
            </w:r>
            <w:proofErr w:type="spellEnd"/>
            <w:r w:rsidR="00707E17" w:rsidRPr="00707E17">
              <w:rPr>
                <w:b/>
                <w:bCs/>
                <w:color w:val="263238"/>
              </w:rPr>
              <w:t xml:space="preserve"> </w:t>
            </w:r>
            <w:proofErr w:type="spellStart"/>
            <w:r w:rsidR="00707E17" w:rsidRPr="00707E17">
              <w:rPr>
                <w:b/>
                <w:bCs/>
                <w:color w:val="263238"/>
              </w:rPr>
              <w:t>günü</w:t>
            </w:r>
            <w:proofErr w:type="spellEnd"/>
            <w:r w:rsidR="00707E17" w:rsidRPr="00707E17">
              <w:rPr>
                <w:b/>
                <w:bCs/>
                <w:color w:val="263238"/>
              </w:rPr>
              <w:t xml:space="preserve"> 15:00’da</w:t>
            </w:r>
            <w:r w:rsidR="00707E17">
              <w:rPr>
                <w:color w:val="263238"/>
              </w:rPr>
              <w:t xml:space="preserve"> Prof. Dr. Oya </w:t>
            </w:r>
            <w:proofErr w:type="spellStart"/>
            <w:r w:rsidR="00707E17">
              <w:rPr>
                <w:color w:val="263238"/>
              </w:rPr>
              <w:t>Şakı</w:t>
            </w:r>
            <w:proofErr w:type="spellEnd"/>
            <w:r w:rsidR="00707E17">
              <w:rPr>
                <w:color w:val="263238"/>
              </w:rPr>
              <w:t xml:space="preserve"> </w:t>
            </w:r>
            <w:proofErr w:type="spellStart"/>
            <w:r w:rsidR="00707E17">
              <w:rPr>
                <w:color w:val="263238"/>
              </w:rPr>
              <w:t>Aydın’ın</w:t>
            </w:r>
            <w:proofErr w:type="spellEnd"/>
            <w:r w:rsidR="00707E17">
              <w:rPr>
                <w:color w:val="263238"/>
              </w:rPr>
              <w:t xml:space="preserve"> İLEF103 Medya </w:t>
            </w:r>
            <w:proofErr w:type="spellStart"/>
            <w:r w:rsidR="00707E17">
              <w:rPr>
                <w:color w:val="263238"/>
              </w:rPr>
              <w:t>Okuryazarlığı</w:t>
            </w:r>
            <w:proofErr w:type="spellEnd"/>
            <w:r w:rsidR="00707E17">
              <w:rPr>
                <w:color w:val="263238"/>
              </w:rPr>
              <w:t xml:space="preserve"> </w:t>
            </w:r>
            <w:proofErr w:type="spellStart"/>
            <w:r w:rsidR="00707E17">
              <w:rPr>
                <w:color w:val="263238"/>
              </w:rPr>
              <w:t>dersi</w:t>
            </w:r>
            <w:proofErr w:type="spellEnd"/>
            <w:r w:rsidR="00707E17">
              <w:rPr>
                <w:color w:val="263238"/>
              </w:rPr>
              <w:t xml:space="preserve"> </w:t>
            </w:r>
            <w:proofErr w:type="spellStart"/>
            <w:r w:rsidR="00707E17">
              <w:rPr>
                <w:color w:val="263238"/>
              </w:rPr>
              <w:t>kapsamında</w:t>
            </w:r>
            <w:proofErr w:type="spellEnd"/>
            <w:r w:rsidR="00707E17">
              <w:rPr>
                <w:color w:val="263238"/>
              </w:rPr>
              <w:t xml:space="preserve"> </w:t>
            </w:r>
            <w:proofErr w:type="spellStart"/>
            <w:r>
              <w:rPr>
                <w:color w:val="263238"/>
              </w:rPr>
              <w:t>gerçekleştirilecektir</w:t>
            </w:r>
            <w:proofErr w:type="spellEnd"/>
            <w:r>
              <w:rPr>
                <w:color w:val="263238"/>
              </w:rPr>
              <w:t>.</w:t>
            </w:r>
          </w:p>
        </w:tc>
      </w:tr>
    </w:tbl>
    <w:p w14:paraId="72AF70D9" w14:textId="77777777" w:rsidR="008B6A57" w:rsidRDefault="008B6A57">
      <w:pPr>
        <w:spacing w:before="20"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"/>
        <w:gridCol w:w="3240"/>
        <w:gridCol w:w="3096"/>
        <w:gridCol w:w="3240"/>
        <w:gridCol w:w="1944"/>
        <w:gridCol w:w="1512"/>
        <w:gridCol w:w="1180"/>
      </w:tblGrid>
      <w:tr w:rsidR="008B6A57" w14:paraId="594801FC" w14:textId="77777777">
        <w:trPr>
          <w:cantSplit/>
          <w:tblHeader/>
          <w:jc w:val="center"/>
        </w:trPr>
        <w:tc>
          <w:tcPr>
            <w:tcW w:w="1036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65D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4F891DF5" w14:textId="77777777" w:rsidR="008B6A57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Sınıf</w:t>
            </w:r>
          </w:p>
        </w:tc>
        <w:tc>
          <w:tcPr>
            <w:tcW w:w="3240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65D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5A4F13D9" w14:textId="77777777" w:rsidR="008B6A57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Uygulama</w:t>
            </w:r>
          </w:p>
        </w:tc>
        <w:tc>
          <w:tcPr>
            <w:tcW w:w="3096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65D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26B94F7D" w14:textId="77777777" w:rsidR="008B6A57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Ders</w:t>
            </w:r>
          </w:p>
        </w:tc>
        <w:tc>
          <w:tcPr>
            <w:tcW w:w="3240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65D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2E2B3837" w14:textId="77777777" w:rsidR="008B6A57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Öğretim Elemanı</w:t>
            </w:r>
          </w:p>
        </w:tc>
        <w:tc>
          <w:tcPr>
            <w:tcW w:w="1944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65D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4B186C99" w14:textId="77777777" w:rsidR="008B6A57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Tarih</w:t>
            </w:r>
          </w:p>
        </w:tc>
        <w:tc>
          <w:tcPr>
            <w:tcW w:w="1512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65D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030B0287" w14:textId="77777777" w:rsidR="008B6A57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Saat</w:t>
            </w:r>
          </w:p>
        </w:tc>
        <w:tc>
          <w:tcPr>
            <w:tcW w:w="1180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65D"/>
            <w:tcMar>
              <w:top w:w="75" w:type="dxa"/>
              <w:left w:w="65" w:type="dxa"/>
              <w:bottom w:w="75" w:type="dxa"/>
              <w:right w:w="65" w:type="dxa"/>
            </w:tcMar>
            <w:vAlign w:val="center"/>
          </w:tcPr>
          <w:p w14:paraId="586C9975" w14:textId="77777777" w:rsidR="008B6A57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Derslik</w:t>
            </w:r>
          </w:p>
        </w:tc>
      </w:tr>
      <w:tr w:rsidR="008B6A57" w14:paraId="4AFF4B5A" w14:textId="77777777">
        <w:trPr>
          <w:cantSplit/>
          <w:jc w:val="center"/>
        </w:trPr>
        <w:tc>
          <w:tcPr>
            <w:tcW w:w="1036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F7FAFC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3A810148" w14:textId="77777777" w:rsidR="008B6A57" w:rsidRDefault="00000000">
            <w:pPr>
              <w:spacing w:after="0"/>
              <w:jc w:val="center"/>
            </w:pPr>
            <w:r>
              <w:rPr>
                <w:b/>
                <w:color w:val="222222"/>
              </w:rPr>
              <w:t>1. Sınıf</w:t>
            </w:r>
          </w:p>
        </w:tc>
        <w:tc>
          <w:tcPr>
            <w:tcW w:w="3240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F7FAFC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021AEDBE" w14:textId="77777777" w:rsidR="008B6A57" w:rsidRDefault="00000000">
            <w:pPr>
              <w:spacing w:after="0"/>
            </w:pPr>
            <w:r>
              <w:rPr>
                <w:color w:val="222222"/>
              </w:rPr>
              <w:t>Fakülte Genel Oryantasyonu</w:t>
            </w:r>
          </w:p>
        </w:tc>
        <w:tc>
          <w:tcPr>
            <w:tcW w:w="3096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F7FAFC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5E1F498B" w14:textId="77777777" w:rsidR="008B6A57" w:rsidRDefault="00000000">
            <w:pPr>
              <w:spacing w:after="0"/>
            </w:pPr>
            <w:r>
              <w:rPr>
                <w:color w:val="222222"/>
              </w:rPr>
              <w:t xml:space="preserve">İLEF103 </w:t>
            </w:r>
            <w:r w:rsidRPr="00707E17">
              <w:rPr>
                <w:b/>
                <w:bCs/>
                <w:color w:val="222222"/>
              </w:rPr>
              <w:t>Medya Okuryazarlığı</w:t>
            </w:r>
          </w:p>
        </w:tc>
        <w:tc>
          <w:tcPr>
            <w:tcW w:w="3240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F7FAFC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71554A30" w14:textId="77777777" w:rsidR="008B6A57" w:rsidRDefault="00000000">
            <w:pPr>
              <w:spacing w:after="0"/>
            </w:pPr>
            <w:r>
              <w:rPr>
                <w:color w:val="222222"/>
              </w:rPr>
              <w:t>Prof. Dr. Oya Şakı Aydın</w:t>
            </w:r>
          </w:p>
        </w:tc>
        <w:tc>
          <w:tcPr>
            <w:tcW w:w="1944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F7FAFC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700C0B78" w14:textId="3D878A36" w:rsidR="008B6A57" w:rsidRDefault="00707E17">
            <w:pPr>
              <w:spacing w:after="0"/>
              <w:jc w:val="center"/>
            </w:pPr>
            <w:r>
              <w:rPr>
                <w:color w:val="222222"/>
              </w:rPr>
              <w:t>24</w:t>
            </w:r>
            <w:r w:rsidR="00000000">
              <w:rPr>
                <w:color w:val="222222"/>
              </w:rPr>
              <w:t xml:space="preserve"> E</w:t>
            </w:r>
            <w:r>
              <w:rPr>
                <w:color w:val="222222"/>
              </w:rPr>
              <w:t>ylül</w:t>
            </w:r>
            <w:r w:rsidR="00000000">
              <w:rPr>
                <w:color w:val="222222"/>
              </w:rPr>
              <w:t xml:space="preserve"> 2026</w:t>
            </w:r>
            <w:r w:rsidR="00000000">
              <w:rPr>
                <w:color w:val="222222"/>
              </w:rPr>
              <w:br/>
            </w:r>
            <w:proofErr w:type="spellStart"/>
            <w:r w:rsidR="00000000">
              <w:rPr>
                <w:color w:val="222222"/>
              </w:rPr>
              <w:t>Perşembe</w:t>
            </w:r>
            <w:proofErr w:type="spellEnd"/>
          </w:p>
        </w:tc>
        <w:tc>
          <w:tcPr>
            <w:tcW w:w="1512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F7FAFC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1920FA80" w14:textId="77777777" w:rsidR="008B6A57" w:rsidRDefault="00000000">
            <w:pPr>
              <w:spacing w:after="0"/>
              <w:jc w:val="center"/>
            </w:pPr>
            <w:r>
              <w:rPr>
                <w:color w:val="222222"/>
              </w:rPr>
              <w:t>15.00-15.50</w:t>
            </w:r>
          </w:p>
        </w:tc>
        <w:tc>
          <w:tcPr>
            <w:tcW w:w="1180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F7FAFC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2136B660" w14:textId="77777777" w:rsidR="008B6A57" w:rsidRDefault="00000000">
            <w:pPr>
              <w:spacing w:after="0"/>
              <w:jc w:val="center"/>
            </w:pPr>
            <w:r>
              <w:rPr>
                <w:color w:val="222222"/>
              </w:rPr>
              <w:t>BL-01</w:t>
            </w:r>
          </w:p>
        </w:tc>
      </w:tr>
      <w:tr w:rsidR="008B6A57" w14:paraId="5CA2231C" w14:textId="77777777">
        <w:trPr>
          <w:cantSplit/>
          <w:jc w:val="center"/>
        </w:trPr>
        <w:tc>
          <w:tcPr>
            <w:tcW w:w="1036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EDF3F8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3EFAAAAA" w14:textId="77777777" w:rsidR="008B6A57" w:rsidRDefault="00000000">
            <w:pPr>
              <w:spacing w:after="0"/>
              <w:jc w:val="center"/>
            </w:pPr>
            <w:r>
              <w:rPr>
                <w:b/>
                <w:color w:val="222222"/>
              </w:rPr>
              <w:t>2. Sınıf</w:t>
            </w:r>
          </w:p>
        </w:tc>
        <w:tc>
          <w:tcPr>
            <w:tcW w:w="3240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EDF3F8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317215F9" w14:textId="7FF7819A" w:rsidR="008B6A57" w:rsidRDefault="00707E17">
            <w:pPr>
              <w:spacing w:after="0"/>
            </w:pPr>
            <w:r>
              <w:rPr>
                <w:color w:val="222222"/>
              </w:rPr>
              <w:t xml:space="preserve">YMİ </w:t>
            </w:r>
            <w:proofErr w:type="spellStart"/>
            <w:r w:rsidR="00000000">
              <w:rPr>
                <w:color w:val="222222"/>
              </w:rPr>
              <w:t>Oryantasyon</w:t>
            </w:r>
            <w:proofErr w:type="spellEnd"/>
            <w:r w:rsidR="00000000">
              <w:rPr>
                <w:color w:val="222222"/>
              </w:rPr>
              <w:t xml:space="preserve"> + </w:t>
            </w:r>
            <w:proofErr w:type="spellStart"/>
            <w:r w:rsidR="00000000">
              <w:rPr>
                <w:color w:val="222222"/>
              </w:rPr>
              <w:t>Öğrenci</w:t>
            </w:r>
            <w:proofErr w:type="spellEnd"/>
            <w:r w:rsidR="00000000">
              <w:rPr>
                <w:color w:val="222222"/>
              </w:rPr>
              <w:t xml:space="preserve"> </w:t>
            </w:r>
            <w:proofErr w:type="spellStart"/>
            <w:r w:rsidR="00000000">
              <w:rPr>
                <w:color w:val="222222"/>
              </w:rPr>
              <w:t>Görüş</w:t>
            </w:r>
            <w:proofErr w:type="spellEnd"/>
            <w:r w:rsidR="00000000">
              <w:rPr>
                <w:color w:val="222222"/>
              </w:rPr>
              <w:t>/</w:t>
            </w:r>
            <w:proofErr w:type="spellStart"/>
            <w:r w:rsidR="00000000">
              <w:rPr>
                <w:color w:val="222222"/>
              </w:rPr>
              <w:t>Öneri</w:t>
            </w:r>
            <w:proofErr w:type="spellEnd"/>
            <w:r w:rsidR="00000000">
              <w:rPr>
                <w:color w:val="222222"/>
              </w:rPr>
              <w:t xml:space="preserve"> </w:t>
            </w:r>
            <w:proofErr w:type="spellStart"/>
            <w:r w:rsidR="00000000">
              <w:rPr>
                <w:color w:val="222222"/>
              </w:rPr>
              <w:t>Toplantısı</w:t>
            </w:r>
            <w:proofErr w:type="spellEnd"/>
          </w:p>
        </w:tc>
        <w:tc>
          <w:tcPr>
            <w:tcW w:w="3096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EDF3F8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00C1BF9D" w14:textId="77777777" w:rsidR="008B6A57" w:rsidRDefault="00000000">
            <w:pPr>
              <w:spacing w:after="0"/>
            </w:pPr>
            <w:r>
              <w:rPr>
                <w:color w:val="222222"/>
              </w:rPr>
              <w:t>NEMC205/YMİ203</w:t>
            </w:r>
            <w:r>
              <w:rPr>
                <w:color w:val="222222"/>
              </w:rPr>
              <w:br/>
            </w:r>
            <w:r>
              <w:rPr>
                <w:b/>
                <w:color w:val="222222"/>
              </w:rPr>
              <w:t>Yeni Medya ve Gazetecilik</w:t>
            </w:r>
          </w:p>
        </w:tc>
        <w:tc>
          <w:tcPr>
            <w:tcW w:w="3240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EDF3F8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23E08875" w14:textId="77777777" w:rsidR="008B6A57" w:rsidRDefault="00000000">
            <w:pPr>
              <w:spacing w:after="0"/>
            </w:pPr>
            <w:r>
              <w:rPr>
                <w:color w:val="222222"/>
              </w:rPr>
              <w:t>Dr. Öğr. Üyesi Dilhan Apak</w:t>
            </w:r>
          </w:p>
        </w:tc>
        <w:tc>
          <w:tcPr>
            <w:tcW w:w="1944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EDF3F8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77DFC09A" w14:textId="6D67941B" w:rsidR="008B6A57" w:rsidRDefault="00707E17">
            <w:pPr>
              <w:spacing w:after="0"/>
              <w:jc w:val="center"/>
            </w:pPr>
            <w:r>
              <w:rPr>
                <w:color w:val="222222"/>
              </w:rPr>
              <w:t>30</w:t>
            </w:r>
            <w:r w:rsidR="00000000">
              <w:rPr>
                <w:color w:val="222222"/>
              </w:rPr>
              <w:t xml:space="preserve"> E</w:t>
            </w:r>
            <w:r>
              <w:rPr>
                <w:color w:val="222222"/>
              </w:rPr>
              <w:t>ylül</w:t>
            </w:r>
            <w:r w:rsidR="00000000">
              <w:rPr>
                <w:color w:val="222222"/>
              </w:rPr>
              <w:t xml:space="preserve"> 2026</w:t>
            </w:r>
            <w:r w:rsidR="00000000">
              <w:rPr>
                <w:color w:val="222222"/>
              </w:rPr>
              <w:br/>
            </w:r>
            <w:proofErr w:type="spellStart"/>
            <w:r w:rsidR="00000000">
              <w:rPr>
                <w:color w:val="222222"/>
              </w:rPr>
              <w:t>Çarşamba</w:t>
            </w:r>
            <w:proofErr w:type="spellEnd"/>
          </w:p>
        </w:tc>
        <w:tc>
          <w:tcPr>
            <w:tcW w:w="1512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EDF3F8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5DECBFF4" w14:textId="77777777" w:rsidR="008B6A57" w:rsidRDefault="00000000">
            <w:pPr>
              <w:spacing w:after="0"/>
              <w:jc w:val="center"/>
            </w:pPr>
            <w:r>
              <w:rPr>
                <w:color w:val="222222"/>
              </w:rPr>
              <w:t>10.00-11.50</w:t>
            </w:r>
          </w:p>
        </w:tc>
        <w:tc>
          <w:tcPr>
            <w:tcW w:w="1180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EDF3F8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5E8CDA5E" w14:textId="77777777" w:rsidR="008B6A57" w:rsidRDefault="00000000">
            <w:pPr>
              <w:spacing w:after="0"/>
              <w:jc w:val="center"/>
            </w:pPr>
            <w:r>
              <w:rPr>
                <w:color w:val="222222"/>
              </w:rPr>
              <w:t>B311</w:t>
            </w:r>
          </w:p>
        </w:tc>
      </w:tr>
      <w:tr w:rsidR="008B6A57" w14:paraId="5E161394" w14:textId="77777777">
        <w:trPr>
          <w:cantSplit/>
          <w:jc w:val="center"/>
        </w:trPr>
        <w:tc>
          <w:tcPr>
            <w:tcW w:w="1036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F7FAFC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5329D6A4" w14:textId="77777777" w:rsidR="008B6A57" w:rsidRDefault="00000000">
            <w:pPr>
              <w:spacing w:after="0"/>
              <w:jc w:val="center"/>
            </w:pPr>
            <w:r>
              <w:rPr>
                <w:b/>
                <w:color w:val="222222"/>
              </w:rPr>
              <w:t>3. Sınıf</w:t>
            </w:r>
          </w:p>
        </w:tc>
        <w:tc>
          <w:tcPr>
            <w:tcW w:w="3240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F7FAFC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071C39E2" w14:textId="72F7C245" w:rsidR="008B6A57" w:rsidRDefault="00707E17">
            <w:pPr>
              <w:spacing w:after="0"/>
            </w:pPr>
            <w:r>
              <w:rPr>
                <w:color w:val="222222"/>
              </w:rPr>
              <w:t xml:space="preserve">YMİ </w:t>
            </w:r>
            <w:proofErr w:type="spellStart"/>
            <w:r w:rsidR="00000000">
              <w:rPr>
                <w:color w:val="222222"/>
              </w:rPr>
              <w:t>Oryantasyon</w:t>
            </w:r>
            <w:proofErr w:type="spellEnd"/>
            <w:r w:rsidR="00000000">
              <w:rPr>
                <w:color w:val="222222"/>
              </w:rPr>
              <w:t xml:space="preserve"> + </w:t>
            </w:r>
            <w:proofErr w:type="spellStart"/>
            <w:r w:rsidR="00000000">
              <w:rPr>
                <w:color w:val="222222"/>
              </w:rPr>
              <w:t>Öğrenci</w:t>
            </w:r>
            <w:proofErr w:type="spellEnd"/>
            <w:r w:rsidR="00000000">
              <w:rPr>
                <w:color w:val="222222"/>
              </w:rPr>
              <w:t xml:space="preserve"> </w:t>
            </w:r>
            <w:proofErr w:type="spellStart"/>
            <w:r w:rsidR="00000000">
              <w:rPr>
                <w:color w:val="222222"/>
              </w:rPr>
              <w:t>Görüş</w:t>
            </w:r>
            <w:proofErr w:type="spellEnd"/>
            <w:r w:rsidR="00000000">
              <w:rPr>
                <w:color w:val="222222"/>
              </w:rPr>
              <w:t>/</w:t>
            </w:r>
            <w:proofErr w:type="spellStart"/>
            <w:r w:rsidR="00000000">
              <w:rPr>
                <w:color w:val="222222"/>
              </w:rPr>
              <w:t>Öneri</w:t>
            </w:r>
            <w:proofErr w:type="spellEnd"/>
            <w:r w:rsidR="00000000">
              <w:rPr>
                <w:color w:val="222222"/>
              </w:rPr>
              <w:t xml:space="preserve"> </w:t>
            </w:r>
            <w:proofErr w:type="spellStart"/>
            <w:r w:rsidR="00000000">
              <w:rPr>
                <w:color w:val="222222"/>
              </w:rPr>
              <w:t>Toplantısı</w:t>
            </w:r>
            <w:proofErr w:type="spellEnd"/>
          </w:p>
        </w:tc>
        <w:tc>
          <w:tcPr>
            <w:tcW w:w="3096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F7FAFC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60E54095" w14:textId="77777777" w:rsidR="008B6A57" w:rsidRDefault="00000000">
            <w:pPr>
              <w:spacing w:after="0"/>
            </w:pPr>
            <w:r>
              <w:rPr>
                <w:color w:val="222222"/>
              </w:rPr>
              <w:t>NEMC301/YMİ303</w:t>
            </w:r>
            <w:r>
              <w:rPr>
                <w:color w:val="222222"/>
              </w:rPr>
              <w:br/>
            </w:r>
            <w:r>
              <w:rPr>
                <w:b/>
                <w:color w:val="222222"/>
              </w:rPr>
              <w:t>Dijital Hikâye Anlatıcılığı</w:t>
            </w:r>
          </w:p>
        </w:tc>
        <w:tc>
          <w:tcPr>
            <w:tcW w:w="3240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F7FAFC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55EB77C8" w14:textId="77777777" w:rsidR="008B6A57" w:rsidRDefault="00000000">
            <w:pPr>
              <w:spacing w:after="0"/>
            </w:pPr>
            <w:r>
              <w:rPr>
                <w:color w:val="222222"/>
              </w:rPr>
              <w:t>Dr. Öğr. Üyesi Esra Pelin Güregen Dereboyu</w:t>
            </w:r>
          </w:p>
        </w:tc>
        <w:tc>
          <w:tcPr>
            <w:tcW w:w="1944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F7FAFC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455F23D3" w14:textId="144F77EF" w:rsidR="008B6A57" w:rsidRDefault="00707E17">
            <w:pPr>
              <w:spacing w:after="0"/>
              <w:jc w:val="center"/>
            </w:pPr>
            <w:r>
              <w:rPr>
                <w:color w:val="222222"/>
              </w:rPr>
              <w:t>28</w:t>
            </w:r>
            <w:r w:rsidR="00000000">
              <w:rPr>
                <w:color w:val="222222"/>
              </w:rPr>
              <w:t xml:space="preserve"> E</w:t>
            </w:r>
            <w:r>
              <w:rPr>
                <w:color w:val="222222"/>
              </w:rPr>
              <w:t>ylül</w:t>
            </w:r>
            <w:r w:rsidR="00000000">
              <w:rPr>
                <w:color w:val="222222"/>
              </w:rPr>
              <w:t xml:space="preserve"> 2026</w:t>
            </w:r>
            <w:r w:rsidR="00000000">
              <w:rPr>
                <w:color w:val="222222"/>
              </w:rPr>
              <w:br/>
            </w:r>
            <w:proofErr w:type="spellStart"/>
            <w:r w:rsidR="00000000">
              <w:rPr>
                <w:color w:val="222222"/>
              </w:rPr>
              <w:t>Pazartesi</w:t>
            </w:r>
            <w:proofErr w:type="spellEnd"/>
          </w:p>
        </w:tc>
        <w:tc>
          <w:tcPr>
            <w:tcW w:w="1512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F7FAFC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6DEE2C44" w14:textId="77777777" w:rsidR="008B6A57" w:rsidRDefault="00000000">
            <w:pPr>
              <w:spacing w:after="0"/>
              <w:jc w:val="center"/>
            </w:pPr>
            <w:r>
              <w:rPr>
                <w:color w:val="222222"/>
              </w:rPr>
              <w:t>14.00-14.50</w:t>
            </w:r>
          </w:p>
        </w:tc>
        <w:tc>
          <w:tcPr>
            <w:tcW w:w="1180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F7FAFC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65252C01" w14:textId="77777777" w:rsidR="008B6A57" w:rsidRDefault="00000000">
            <w:pPr>
              <w:spacing w:after="0"/>
              <w:jc w:val="center"/>
            </w:pPr>
            <w:r>
              <w:rPr>
                <w:color w:val="222222"/>
              </w:rPr>
              <w:t>B415</w:t>
            </w:r>
          </w:p>
        </w:tc>
      </w:tr>
      <w:tr w:rsidR="008B6A57" w14:paraId="51F931EB" w14:textId="77777777">
        <w:trPr>
          <w:cantSplit/>
          <w:jc w:val="center"/>
        </w:trPr>
        <w:tc>
          <w:tcPr>
            <w:tcW w:w="1036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EDF3F8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0FFA0037" w14:textId="77777777" w:rsidR="008B6A57" w:rsidRDefault="00000000">
            <w:pPr>
              <w:spacing w:after="0"/>
              <w:jc w:val="center"/>
            </w:pPr>
            <w:r>
              <w:rPr>
                <w:b/>
                <w:color w:val="222222"/>
              </w:rPr>
              <w:t>4. Sınıf</w:t>
            </w:r>
          </w:p>
        </w:tc>
        <w:tc>
          <w:tcPr>
            <w:tcW w:w="3240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EDF3F8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04E70398" w14:textId="24E0D0FE" w:rsidR="008B6A57" w:rsidRDefault="00707E17">
            <w:pPr>
              <w:spacing w:after="0"/>
            </w:pPr>
            <w:r>
              <w:rPr>
                <w:color w:val="222222"/>
              </w:rPr>
              <w:t xml:space="preserve">YMİ </w:t>
            </w:r>
            <w:proofErr w:type="spellStart"/>
            <w:r w:rsidR="00000000">
              <w:rPr>
                <w:color w:val="222222"/>
              </w:rPr>
              <w:t>Oryantasyon</w:t>
            </w:r>
            <w:proofErr w:type="spellEnd"/>
            <w:r w:rsidR="00000000">
              <w:rPr>
                <w:color w:val="222222"/>
              </w:rPr>
              <w:t xml:space="preserve"> + </w:t>
            </w:r>
            <w:proofErr w:type="spellStart"/>
            <w:r w:rsidR="00000000">
              <w:rPr>
                <w:color w:val="222222"/>
              </w:rPr>
              <w:t>Öğrenci</w:t>
            </w:r>
            <w:proofErr w:type="spellEnd"/>
            <w:r w:rsidR="00000000">
              <w:rPr>
                <w:color w:val="222222"/>
              </w:rPr>
              <w:t xml:space="preserve"> </w:t>
            </w:r>
            <w:proofErr w:type="spellStart"/>
            <w:r w:rsidR="00000000">
              <w:rPr>
                <w:color w:val="222222"/>
              </w:rPr>
              <w:t>Görüş</w:t>
            </w:r>
            <w:proofErr w:type="spellEnd"/>
            <w:r w:rsidR="00000000">
              <w:rPr>
                <w:color w:val="222222"/>
              </w:rPr>
              <w:t>/</w:t>
            </w:r>
            <w:proofErr w:type="spellStart"/>
            <w:r w:rsidR="00000000">
              <w:rPr>
                <w:color w:val="222222"/>
              </w:rPr>
              <w:t>Öneri</w:t>
            </w:r>
            <w:proofErr w:type="spellEnd"/>
            <w:r w:rsidR="00000000">
              <w:rPr>
                <w:color w:val="222222"/>
              </w:rPr>
              <w:t xml:space="preserve"> </w:t>
            </w:r>
            <w:proofErr w:type="spellStart"/>
            <w:r w:rsidR="00000000">
              <w:rPr>
                <w:color w:val="222222"/>
              </w:rPr>
              <w:t>Toplantısı</w:t>
            </w:r>
            <w:proofErr w:type="spellEnd"/>
          </w:p>
        </w:tc>
        <w:tc>
          <w:tcPr>
            <w:tcW w:w="3096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EDF3F8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2D8187E1" w14:textId="77777777" w:rsidR="008B6A57" w:rsidRDefault="00000000">
            <w:pPr>
              <w:spacing w:after="0"/>
            </w:pPr>
            <w:r>
              <w:rPr>
                <w:color w:val="222222"/>
              </w:rPr>
              <w:t>NEMC403</w:t>
            </w:r>
            <w:r>
              <w:rPr>
                <w:color w:val="222222"/>
              </w:rPr>
              <w:br/>
            </w:r>
            <w:r>
              <w:rPr>
                <w:b/>
                <w:color w:val="222222"/>
              </w:rPr>
              <w:t>Yeni Medya ve Etik</w:t>
            </w:r>
          </w:p>
        </w:tc>
        <w:tc>
          <w:tcPr>
            <w:tcW w:w="3240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EDF3F8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5D469C47" w14:textId="77777777" w:rsidR="008B6A57" w:rsidRDefault="00000000">
            <w:pPr>
              <w:spacing w:after="0"/>
            </w:pPr>
            <w:r>
              <w:rPr>
                <w:color w:val="222222"/>
              </w:rPr>
              <w:t>Dr. Öğr. Üyesi Abdulkadir Erhan Ayberk</w:t>
            </w:r>
          </w:p>
        </w:tc>
        <w:tc>
          <w:tcPr>
            <w:tcW w:w="1944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EDF3F8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78E62BF4" w14:textId="42BD737D" w:rsidR="008B6A57" w:rsidRDefault="00707E17">
            <w:pPr>
              <w:spacing w:after="0"/>
              <w:jc w:val="center"/>
            </w:pPr>
            <w:r>
              <w:rPr>
                <w:color w:val="222222"/>
              </w:rPr>
              <w:t>1</w:t>
            </w:r>
            <w:r w:rsidR="00000000">
              <w:rPr>
                <w:color w:val="222222"/>
              </w:rPr>
              <w:t xml:space="preserve"> Ekim 2026</w:t>
            </w:r>
            <w:r w:rsidR="00000000">
              <w:rPr>
                <w:color w:val="222222"/>
              </w:rPr>
              <w:br/>
            </w:r>
            <w:proofErr w:type="spellStart"/>
            <w:r w:rsidR="00000000">
              <w:rPr>
                <w:color w:val="222222"/>
              </w:rPr>
              <w:t>Perşembe</w:t>
            </w:r>
            <w:proofErr w:type="spellEnd"/>
          </w:p>
        </w:tc>
        <w:tc>
          <w:tcPr>
            <w:tcW w:w="1512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EDF3F8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31311984" w14:textId="77777777" w:rsidR="008B6A57" w:rsidRDefault="00000000">
            <w:pPr>
              <w:spacing w:after="0"/>
              <w:jc w:val="center"/>
            </w:pPr>
            <w:r>
              <w:rPr>
                <w:color w:val="222222"/>
              </w:rPr>
              <w:t>09.00-10.50</w:t>
            </w:r>
          </w:p>
        </w:tc>
        <w:tc>
          <w:tcPr>
            <w:tcW w:w="1180" w:type="dxa"/>
            <w:tcBorders>
              <w:top w:val="single" w:sz="6" w:space="0" w:color="CAD6E0"/>
              <w:left w:val="single" w:sz="6" w:space="0" w:color="CAD6E0"/>
              <w:bottom w:val="single" w:sz="6" w:space="0" w:color="CAD6E0"/>
              <w:right w:val="single" w:sz="6" w:space="0" w:color="CAD6E0"/>
            </w:tcBorders>
            <w:shd w:val="clear" w:color="auto" w:fill="EDF3F8"/>
            <w:tcMar>
              <w:top w:w="75" w:type="dxa"/>
              <w:left w:w="72" w:type="dxa"/>
              <w:bottom w:w="75" w:type="dxa"/>
              <w:right w:w="72" w:type="dxa"/>
            </w:tcMar>
            <w:vAlign w:val="center"/>
          </w:tcPr>
          <w:p w14:paraId="43ACA9C1" w14:textId="77777777" w:rsidR="008B6A57" w:rsidRDefault="00000000">
            <w:pPr>
              <w:spacing w:after="0"/>
              <w:jc w:val="center"/>
            </w:pPr>
            <w:r>
              <w:rPr>
                <w:color w:val="222222"/>
              </w:rPr>
              <w:t>B215</w:t>
            </w:r>
          </w:p>
        </w:tc>
      </w:tr>
    </w:tbl>
    <w:p w14:paraId="5FFCF849" w14:textId="5416B774" w:rsidR="008B6A57" w:rsidRDefault="00707E17">
      <w:pPr>
        <w:spacing w:before="80" w:after="20"/>
      </w:pPr>
      <w:r>
        <w:rPr>
          <w:b/>
          <w:color w:val="17365D"/>
          <w:sz w:val="23"/>
        </w:rPr>
        <w:br/>
      </w:r>
      <w:r w:rsidR="00000000">
        <w:rPr>
          <w:b/>
          <w:color w:val="17365D"/>
          <w:sz w:val="23"/>
        </w:rPr>
        <w:t>Not</w:t>
      </w:r>
    </w:p>
    <w:p w14:paraId="06CDE24A" w14:textId="77777777" w:rsidR="008B6A57" w:rsidRPr="00707E17" w:rsidRDefault="00000000">
      <w:pPr>
        <w:spacing w:after="0" w:line="228" w:lineRule="auto"/>
        <w:ind w:left="173" w:hanging="173"/>
        <w:rPr>
          <w:sz w:val="24"/>
          <w:szCs w:val="24"/>
        </w:rPr>
      </w:pPr>
      <w:r w:rsidRPr="00707E17">
        <w:rPr>
          <w:b/>
          <w:color w:val="17365D"/>
          <w:sz w:val="24"/>
          <w:szCs w:val="24"/>
        </w:rPr>
        <w:t xml:space="preserve">• </w:t>
      </w:r>
      <w:r w:rsidRPr="00707E17">
        <w:rPr>
          <w:color w:val="333333"/>
          <w:sz w:val="24"/>
          <w:szCs w:val="24"/>
        </w:rPr>
        <w:t>2., 3. ve 4. sınıf oryantasyonlarında ilgili derslerin ikinci haftadaki ilk ders oturumu esas alınmıştır.</w:t>
      </w:r>
    </w:p>
    <w:p w14:paraId="236ED53A" w14:textId="77777777" w:rsidR="008B6A57" w:rsidRPr="00707E17" w:rsidRDefault="00000000">
      <w:pPr>
        <w:spacing w:after="0" w:line="228" w:lineRule="auto"/>
        <w:ind w:left="173" w:hanging="173"/>
        <w:rPr>
          <w:sz w:val="24"/>
          <w:szCs w:val="24"/>
        </w:rPr>
      </w:pPr>
      <w:r w:rsidRPr="00707E17">
        <w:rPr>
          <w:b/>
          <w:color w:val="17365D"/>
          <w:sz w:val="24"/>
          <w:szCs w:val="24"/>
        </w:rPr>
        <w:t xml:space="preserve">• </w:t>
      </w:r>
      <w:r w:rsidRPr="00707E17">
        <w:rPr>
          <w:color w:val="333333"/>
          <w:sz w:val="24"/>
          <w:szCs w:val="24"/>
        </w:rPr>
        <w:t>Oryantasyonlarda öğrenci görüş ve önerileri alınacak, toplantı tutanakları tutulacaktır. Plan ilgili öğretim elemanlarının uygunluk teyitleri doğrultusunda hazırlanmıştır.</w:t>
      </w:r>
    </w:p>
    <w:sectPr w:rsidR="008B6A57" w:rsidRPr="00707E17" w:rsidSect="00034616">
      <w:footerReference w:type="default" r:id="rId8"/>
      <w:pgSz w:w="16838" w:h="11906" w:orient="landscape"/>
      <w:pgMar w:top="510" w:right="567" w:bottom="482" w:left="567" w:header="720" w:footer="1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D9568" w14:textId="77777777" w:rsidR="00DB6AB6" w:rsidRDefault="00DB6AB6">
      <w:pPr>
        <w:spacing w:after="0"/>
      </w:pPr>
      <w:r>
        <w:separator/>
      </w:r>
    </w:p>
  </w:endnote>
  <w:endnote w:type="continuationSeparator" w:id="0">
    <w:p w14:paraId="2F415396" w14:textId="77777777" w:rsidR="00DB6AB6" w:rsidRDefault="00DB6A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DBA40" w14:textId="77777777" w:rsidR="008B6A57" w:rsidRDefault="00000000">
    <w:pPr>
      <w:pStyle w:val="AltBilgi"/>
      <w:jc w:val="center"/>
    </w:pPr>
    <w:r>
      <w:rPr>
        <w:color w:val="777777"/>
        <w:sz w:val="16"/>
      </w:rPr>
      <w:t xml:space="preserve">Yeni Medya </w:t>
    </w:r>
    <w:proofErr w:type="spellStart"/>
    <w:r>
      <w:rPr>
        <w:color w:val="777777"/>
        <w:sz w:val="16"/>
      </w:rPr>
      <w:t>ve</w:t>
    </w:r>
    <w:proofErr w:type="spellEnd"/>
    <w:r>
      <w:rPr>
        <w:color w:val="777777"/>
        <w:sz w:val="16"/>
      </w:rPr>
      <w:t xml:space="preserve"> </w:t>
    </w:r>
    <w:proofErr w:type="spellStart"/>
    <w:r>
      <w:rPr>
        <w:color w:val="777777"/>
        <w:sz w:val="16"/>
      </w:rPr>
      <w:t>İletişim</w:t>
    </w:r>
    <w:proofErr w:type="spellEnd"/>
    <w:r>
      <w:rPr>
        <w:color w:val="777777"/>
        <w:sz w:val="16"/>
      </w:rPr>
      <w:t xml:space="preserve"> </w:t>
    </w:r>
    <w:proofErr w:type="spellStart"/>
    <w:proofErr w:type="gramStart"/>
    <w:r>
      <w:rPr>
        <w:color w:val="777777"/>
        <w:sz w:val="16"/>
      </w:rPr>
      <w:t>Bölümü</w:t>
    </w:r>
    <w:proofErr w:type="spellEnd"/>
    <w:r>
      <w:rPr>
        <w:color w:val="777777"/>
        <w:sz w:val="16"/>
      </w:rPr>
      <w:t xml:space="preserve">  |</w:t>
    </w:r>
    <w:proofErr w:type="gramEnd"/>
    <w:r>
      <w:rPr>
        <w:color w:val="777777"/>
        <w:sz w:val="16"/>
      </w:rPr>
      <w:t xml:space="preserve">  2026-2027 </w:t>
    </w:r>
    <w:proofErr w:type="spellStart"/>
    <w:r>
      <w:rPr>
        <w:color w:val="777777"/>
        <w:sz w:val="16"/>
      </w:rPr>
      <w:t>Güz</w:t>
    </w:r>
    <w:proofErr w:type="spellEnd"/>
    <w:r>
      <w:rPr>
        <w:color w:val="777777"/>
        <w:sz w:val="16"/>
      </w:rPr>
      <w:t xml:space="preserve"> </w:t>
    </w:r>
    <w:proofErr w:type="spellStart"/>
    <w:r>
      <w:rPr>
        <w:color w:val="777777"/>
        <w:sz w:val="16"/>
      </w:rPr>
      <w:t>Dönemi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1C90A" w14:textId="77777777" w:rsidR="00DB6AB6" w:rsidRDefault="00DB6AB6">
      <w:pPr>
        <w:spacing w:after="0"/>
      </w:pPr>
      <w:r>
        <w:separator/>
      </w:r>
    </w:p>
  </w:footnote>
  <w:footnote w:type="continuationSeparator" w:id="0">
    <w:p w14:paraId="3C9EC6A3" w14:textId="77777777" w:rsidR="00DB6AB6" w:rsidRDefault="00DB6AB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6641053">
    <w:abstractNumId w:val="8"/>
  </w:num>
  <w:num w:numId="2" w16cid:durableId="1174758421">
    <w:abstractNumId w:val="6"/>
  </w:num>
  <w:num w:numId="3" w16cid:durableId="350573115">
    <w:abstractNumId w:val="5"/>
  </w:num>
  <w:num w:numId="4" w16cid:durableId="40054029">
    <w:abstractNumId w:val="4"/>
  </w:num>
  <w:num w:numId="5" w16cid:durableId="967509114">
    <w:abstractNumId w:val="7"/>
  </w:num>
  <w:num w:numId="6" w16cid:durableId="679159975">
    <w:abstractNumId w:val="3"/>
  </w:num>
  <w:num w:numId="7" w16cid:durableId="1078330027">
    <w:abstractNumId w:val="2"/>
  </w:num>
  <w:num w:numId="8" w16cid:durableId="629212361">
    <w:abstractNumId w:val="1"/>
  </w:num>
  <w:num w:numId="9" w16cid:durableId="1026056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1EE6"/>
    <w:rsid w:val="0029639D"/>
    <w:rsid w:val="00326F90"/>
    <w:rsid w:val="00707E17"/>
    <w:rsid w:val="008B6A57"/>
    <w:rsid w:val="00AA1D8D"/>
    <w:rsid w:val="00AF3B6D"/>
    <w:rsid w:val="00B47730"/>
    <w:rsid w:val="00CB0664"/>
    <w:rsid w:val="00D163B9"/>
    <w:rsid w:val="00DB6A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A4BFC2"/>
  <w14:defaultImageDpi w14:val="300"/>
  <w15:docId w15:val="{CEFB2881-0707-4C94-991F-E6375B65E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ptos" w:hAnsi="Aptos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Arş. Gör. Ecem ERGÜL</cp:lastModifiedBy>
  <cp:revision>2</cp:revision>
  <dcterms:created xsi:type="dcterms:W3CDTF">2026-09-15T11:59:00Z</dcterms:created>
  <dcterms:modified xsi:type="dcterms:W3CDTF">2026-09-15T11:59:00Z</dcterms:modified>
  <cp:category/>
</cp:coreProperties>
</file>